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type="auto" w:w="0"/>
        <w:tblLayout w:type="fixed"/>
        <w:tblLook w:firstColumn="1" w:firstRow="1" w:lastColumn="0" w:lastRow="0" w:noHBand="0" w:noVBand="1" w:val="04A0"/>
      </w:tblPr>
      <w:tblGrid>
        <w:gridCol w:w="5328"/>
        <w:gridCol w:w="4032"/>
      </w:tblGrid>
      <w:tr>
        <w:tc>
          <w:tcPr>
            <w:tcW w:type="dxa" w:w="5328"/>
            <w:vAlign w:val="center"/>
            <w:tcBorders>
              <w:bottom w:val="nil"/>
              <w:top w:val="nil"/>
              <w:left w:val="nil"/>
              <w:right w:val="nil"/>
            </w:tcBorders>
          </w:tcPr>
          <w:p>
            <w:pPr>
              <w:pStyle w:val="JournalName"/>
            </w:pPr>
            <w:r>
              <w:t>GOVIA</w:t>
            </w:r>
          </w:p>
          <w:p>
            <w:pPr>
              <w:pStyle w:val="JournalDetail"/>
            </w:pPr>
            <w:r>
              <w:t>Governance and Public Affairs Journal</w:t>
            </w:r>
          </w:p>
        </w:tc>
        <w:tc>
          <w:tcPr>
            <w:tcW w:type="dxa" w:w="4032"/>
            <w:vAlign w:val="center"/>
            <w:tcBorders>
              <w:bottom w:val="nil"/>
              <w:top w:val="nil"/>
              <w:left w:val="nil"/>
              <w:right w:val="nil"/>
            </w:tcBorders>
          </w:tcPr>
          <w:p>
            <w:pPr>
              <w:jc w:val="right"/>
            </w:pPr>
            <w:r>
              <w:drawing>
                <wp:inline xmlns:a="http://schemas.openxmlformats.org/drawingml/2006/main" xmlns:pic="http://schemas.openxmlformats.org/drawingml/2006/picture">
                  <wp:extent cx="2148840" cy="716280"/>
                  <wp:docPr id="1" name="Picture 1"/>
                  <wp:cNvGraphicFramePr>
                    <a:graphicFrameLocks noChangeAspect="1"/>
                  </wp:cNvGraphicFramePr>
                  <a:graphic>
                    <a:graphicData uri="http://schemas.openxmlformats.org/drawingml/2006/picture">
                      <pic:pic>
                        <pic:nvPicPr>
                          <pic:cNvPr id="0" name="02-Logo-Template-Artikel.png"/>
                          <pic:cNvPicPr/>
                        </pic:nvPicPr>
                        <pic:blipFill>
                          <a:blip r:embed="rId9"/>
                          <a:stretch>
                            <a:fillRect/>
                          </a:stretch>
                        </pic:blipFill>
                        <pic:spPr>
                          <a:xfrm>
                            <a:off x="0" y="0"/>
                            <a:ext cx="2148840" cy="716280"/>
                          </a:xfrm>
                          <a:prstGeom prst="rect"/>
                        </pic:spPr>
                      </pic:pic>
                    </a:graphicData>
                  </a:graphic>
                </wp:inline>
              </w:drawing>
            </w:r>
          </w:p>
        </w:tc>
      </w:tr>
    </w:tbl>
    <w:p>
      <w:pPr>
        <w:spacing w:before="0" w:after="60" w:line="240" w:lineRule="auto"/>
        <w:pBdr>
          <w:bottom w:val="single" w:sz="12" w:space="1" w:color="064A39"/>
        </w:pBdr>
      </w:pPr>
      <w:r>
        <w:rPr>
          <w:sz w:val="2"/>
        </w:rPr>
        <w:t xml:space="preserve"> </w:t>
      </w:r>
    </w:p>
    <w:p>
      <w:pPr>
        <w:pStyle w:val="TemplateLabel"/>
      </w:pPr>
      <w:r>
        <w:t>ARTICLE MANUSCRIPT TEMPLATE</w:t>
      </w:r>
    </w:p>
    <w:p>
      <w:pPr>
        <w:pStyle w:val="AuthorGuidance"/>
      </w:pPr>
      <w:r>
        <w:t>[Replace all bracketed guidance with your manuscript text. Remove unused optional sections and this instruction before submission.]</w:t>
      </w:r>
    </w:p>
    <w:p>
      <w:pPr>
        <w:pStyle w:val="Title"/>
        <w:jc w:val="center"/>
      </w:pPr>
      <w:r>
        <w:t>[Concise article title in sentence case]</w:t>
      </w:r>
    </w:p>
    <w:p>
      <w:pPr>
        <w:pStyle w:val="AuthorNames"/>
        <w:jc w:val="center"/>
      </w:pPr>
      <w:r>
        <w:t>[Author 1 full name]¹ · [Author 2 full name]²</w:t>
      </w:r>
    </w:p>
    <w:p>
      <w:pPr>
        <w:pStyle w:val="Affiliations"/>
        <w:jc w:val="center"/>
      </w:pPr>
      <w:r>
        <w:t>¹ [Department, institution, city, country]   ² [Department, institution, city, country]</w:t>
      </w:r>
    </w:p>
    <w:p>
      <w:pPr>
        <w:pStyle w:val="Affiliations"/>
        <w:jc w:val="center"/>
      </w:pPr>
      <w:r>
        <w:t>Corresponding author: [name] · [email address]</w:t>
      </w:r>
    </w:p>
    <w:p>
      <w:pPr>
        <w:pStyle w:val="Affiliations"/>
        <w:jc w:val="center"/>
      </w:pPr>
      <w:r>
        <w:t>ORCID: [optional author ORCID identifiers]</w:t>
      </w:r>
    </w:p>
    <w:p>
      <w:pPr>
        <w:pStyle w:val="Metadata"/>
      </w:pPr>
      <w:r>
        <w:rPr>
          <w:b/>
        </w:rPr>
        <w:t>Article type:</w:t>
      </w:r>
      <w:r>
        <w:t xml:space="preserve"> [Original research / Conceptual article / Policy analysis]</w:t>
      </w:r>
    </w:p>
    <w:p>
      <w:pPr>
        <w:pStyle w:val="Heading1"/>
      </w:pPr>
      <w:r>
        <w:t>Abstract</w:t>
      </w:r>
    </w:p>
    <w:p>
      <w:pPr>
        <w:pStyle w:val="AuthorGuidance"/>
      </w:pPr>
      <w:r>
        <w:t>[State the purpose, approach or methods, main findings or argument, and contribution in one self-contained paragraph. Replace this entire paragraph.]</w:t>
      </w:r>
    </w:p>
    <w:p>
      <w:pPr>
        <w:pStyle w:val="Metadata"/>
      </w:pPr>
      <w:r>
        <w:rPr>
          <w:b/>
        </w:rPr>
        <w:t>Keywords:</w:t>
      </w:r>
      <w:r>
        <w:t xml:space="preserve"> [keyword 1]; [keyword 2]; [keyword 3]; [keyword 4]</w:t>
      </w:r>
    </w:p>
    <w:p>
      <w:pPr>
        <w:pStyle w:val="Heading1"/>
      </w:pPr>
      <w:r>
        <w:t>1 Introduction</w:t>
      </w:r>
    </w:p>
    <w:p>
      <w:pPr>
        <w:pStyle w:val="AuthorGuidance"/>
      </w:pPr>
      <w:r>
        <w:t>[Introduce the governance or public affairs issue, its context and significance, the research gap or problem, your objective or question, and the article’s contribution. Cite relevant literature in the manuscript.]</w:t>
      </w:r>
    </w:p>
    <w:p>
      <w:pPr>
        <w:pStyle w:val="Heading1"/>
      </w:pPr>
      <w:r>
        <w:t>2 Literature and Policy Context</w:t>
      </w:r>
    </w:p>
    <w:p>
      <w:pPr>
        <w:pStyle w:val="AuthorGuidance"/>
      </w:pPr>
      <w:r>
        <w:t>[Present concepts, earlier research, and the relevant policy or institutional context. Adapt this heading for a conceptual article or policy analysis.]</w:t>
      </w:r>
    </w:p>
    <w:p>
      <w:pPr>
        <w:pStyle w:val="Heading1"/>
      </w:pPr>
      <w:r>
        <w:t>3 Methods</w:t>
      </w:r>
    </w:p>
    <w:p>
      <w:pPr>
        <w:pStyle w:val="AuthorGuidance"/>
      </w:pPr>
      <w:r>
        <w:t>[Explain the research design, setting or cases, data or sources, selection and collection, analysis, and any applicable ethical approval. For a conceptual or policy article, describe how evidence and arguments were selected and evaluated.]</w:t>
      </w:r>
    </w:p>
    <w:p>
      <w:pPr>
        <w:pStyle w:val="Heading1"/>
      </w:pPr>
      <w:r>
        <w:t>4 Results</w:t>
      </w:r>
    </w:p>
    <w:p>
      <w:pPr>
        <w:pStyle w:val="AuthorGuidance"/>
      </w:pPr>
      <w:r>
        <w:t>[Organize findings under clear subheadings. Report evidence before interpretation. Number and cite each table or figure in the text.]</w:t>
      </w:r>
    </w:p>
    <w:p>
      <w:pPr>
        <w:pStyle w:val="Heading2"/>
      </w:pPr>
      <w:r>
        <w:t>4.1 First finding or theme</w:t>
      </w:r>
    </w:p>
    <w:p>
      <w:pPr>
        <w:pStyle w:val="AuthorGuidance"/>
      </w:pPr>
      <w:r>
        <w:t>[Replace with results supported by the data or sources. Add or remove subheadings as needed.]</w:t>
      </w:r>
    </w:p>
    <w:p>
      <w:pPr>
        <w:pStyle w:val="Caption"/>
      </w:pPr>
      <w:r>
        <w:t>Table 1. [Brief descriptive title]</w:t>
      </w:r>
    </w:p>
    <w:tbl>
      <w:tblPr>
        <w:tblW w:type="auto" w:w="0"/>
        <w:tblLayout w:type="fixed"/>
        <w:tblLook w:firstColumn="1" w:firstRow="1" w:lastColumn="0" w:lastRow="0" w:noHBand="0" w:noVBand="1" w:val="04A0"/>
      </w:tblPr>
      <w:tblGrid>
        <w:gridCol w:w="2448"/>
        <w:gridCol w:w="3168"/>
        <w:gridCol w:w="3744"/>
      </w:tblGrid>
      <w:tr>
        <w:tc>
          <w:tcPr>
            <w:tcW w:type="dxa" w:w="2448"/>
            <w:vAlign w:val="center"/>
            <w:shd w:fill="F2F2F2"/>
            <w:tcBorders>
              <w:top w:val="single" w:sz="5" w:color="D9D9D9"/>
              <w:bottom w:val="single" w:sz="5" w:color="D9D9D9"/>
              <w:left w:val="single" w:sz="5" w:color="D9D9D9"/>
              <w:right w:val="single" w:sz="5" w:color="D9D9D9"/>
            </w:tcBorders>
          </w:tcPr>
          <w:p>
            <w:pPr>
              <w:spacing w:after="40" w:before="40"/>
            </w:pPr>
            <w:r>
              <w:rPr>
                <w:b/>
                <w:sz w:val="18"/>
              </w:rPr>
              <w:t>[Category]</w:t>
            </w:r>
          </w:p>
        </w:tc>
        <w:tc>
          <w:tcPr>
            <w:tcW w:type="dxa" w:w="3168"/>
            <w:vAlign w:val="center"/>
            <w:shd w:fill="F2F2F2"/>
            <w:tcBorders>
              <w:top w:val="single" w:sz="5" w:color="D9D9D9"/>
              <w:bottom w:val="single" w:sz="5" w:color="D9D9D9"/>
              <w:left w:val="single" w:sz="5" w:color="D9D9D9"/>
              <w:right w:val="single" w:sz="5" w:color="D9D9D9"/>
            </w:tcBorders>
          </w:tcPr>
          <w:p>
            <w:pPr>
              <w:spacing w:after="40" w:before="40"/>
            </w:pPr>
            <w:r>
              <w:rPr>
                <w:b/>
                <w:sz w:val="18"/>
              </w:rPr>
              <w:t>[Measure]</w:t>
            </w:r>
          </w:p>
        </w:tc>
        <w:tc>
          <w:tcPr>
            <w:tcW w:type="dxa" w:w="3744"/>
            <w:vAlign w:val="center"/>
            <w:shd w:fill="F2F2F2"/>
            <w:tcBorders>
              <w:top w:val="single" w:sz="5" w:color="D9D9D9"/>
              <w:bottom w:val="single" w:sz="5" w:color="D9D9D9"/>
              <w:left w:val="single" w:sz="5" w:color="D9D9D9"/>
              <w:right w:val="single" w:sz="5" w:color="D9D9D9"/>
            </w:tcBorders>
          </w:tcPr>
          <w:p>
            <w:pPr>
              <w:spacing w:after="40" w:before="40"/>
            </w:pPr>
            <w:r>
              <w:rPr>
                <w:b/>
                <w:sz w:val="18"/>
              </w:rPr>
              <w:t>[Source or note]</w:t>
            </w:r>
          </w:p>
        </w:tc>
      </w:tr>
      <w:tr>
        <w:tc>
          <w:tcPr>
            <w:tcW w:type="dxa" w:w="2448"/>
            <w:vAlign w:val="center"/>
            <w:tcBorders>
              <w:top w:val="single" w:sz="5" w:color="D9D9D9"/>
              <w:bottom w:val="single" w:sz="5" w:color="D9D9D9"/>
              <w:left w:val="single" w:sz="5" w:color="D9D9D9"/>
              <w:right w:val="single" w:sz="5" w:color="D9D9D9"/>
            </w:tcBorders>
          </w:tcPr>
          <w:p>
            <w:pPr>
              <w:spacing w:after="40" w:before="40"/>
            </w:pPr>
            <w:r>
              <w:rPr>
                <w:sz w:val="18"/>
              </w:rPr>
              <w:t>[Insert value]</w:t>
            </w:r>
          </w:p>
        </w:tc>
        <w:tc>
          <w:tcPr>
            <w:tcW w:type="dxa" w:w="3168"/>
            <w:vAlign w:val="center"/>
            <w:tcBorders>
              <w:top w:val="single" w:sz="5" w:color="D9D9D9"/>
              <w:bottom w:val="single" w:sz="5" w:color="D9D9D9"/>
              <w:left w:val="single" w:sz="5" w:color="D9D9D9"/>
              <w:right w:val="single" w:sz="5" w:color="D9D9D9"/>
            </w:tcBorders>
          </w:tcPr>
          <w:p>
            <w:pPr>
              <w:spacing w:after="40" w:before="40"/>
            </w:pPr>
            <w:r>
              <w:rPr>
                <w:sz w:val="18"/>
              </w:rPr>
              <w:t>[Insert value]</w:t>
            </w:r>
          </w:p>
        </w:tc>
        <w:tc>
          <w:tcPr>
            <w:tcW w:type="dxa" w:w="3744"/>
            <w:vAlign w:val="center"/>
            <w:tcBorders>
              <w:top w:val="single" w:sz="5" w:color="D9D9D9"/>
              <w:bottom w:val="single" w:sz="5" w:color="D9D9D9"/>
              <w:left w:val="single" w:sz="5" w:color="D9D9D9"/>
              <w:right w:val="single" w:sz="5" w:color="D9D9D9"/>
            </w:tcBorders>
          </w:tcPr>
          <w:p>
            <w:pPr>
              <w:spacing w:after="40" w:before="40"/>
            </w:pPr>
            <w:r>
              <w:rPr>
                <w:sz w:val="18"/>
              </w:rPr>
              <w:t>[Insert value]</w:t>
            </w:r>
          </w:p>
        </w:tc>
      </w:tr>
    </w:tbl>
    <w:p>
      <w:pPr>
        <w:pStyle w:val="AuthorGuidance"/>
      </w:pPr>
      <w:r>
        <w:t>Note. [Define abbreviations and cite the data source, if needed.]</w:t>
      </w:r>
    </w:p>
    <w:p>
      <w:pPr>
        <w:pStyle w:val="Caption"/>
      </w:pPr>
      <w:r>
        <w:t>Figure 1. [Brief descriptive caption]</w:t>
      </w:r>
    </w:p>
    <w:p>
      <w:pPr>
        <w:pStyle w:val="AuthorGuidance"/>
      </w:pPr>
      <w:r>
        <w:t>[Insert a clear, editable figure here. Include the source and permissions when applicable. Delete this placeholder if no figure is used.]</w:t>
      </w:r>
    </w:p>
    <w:p>
      <w:pPr>
        <w:pStyle w:val="Heading1"/>
      </w:pPr>
      <w:r>
        <w:t>5 Discussion</w:t>
      </w:r>
    </w:p>
    <w:p>
      <w:pPr>
        <w:pStyle w:val="AuthorGuidance"/>
      </w:pPr>
      <w:r>
        <w:t>[Interpret the findings or argument in relation to the research question and prior work. Explain implications for governance, policy, administration, or social development, and note limitations.]</w:t>
      </w:r>
    </w:p>
    <w:p>
      <w:pPr>
        <w:pStyle w:val="Heading1"/>
      </w:pPr>
      <w:r>
        <w:t>6 Conclusion</w:t>
      </w:r>
    </w:p>
    <w:p>
      <w:pPr>
        <w:pStyle w:val="AuthorGuidance"/>
      </w:pPr>
      <w:r>
        <w:t>[Answer the objective or question directly, summarize the contribution, and state practical or research implications without introducing new results.]</w:t>
      </w:r>
    </w:p>
    <w:p>
      <w:pPr>
        <w:pStyle w:val="Heading1"/>
      </w:pPr>
      <w:r>
        <w:t>Acknowledgments</w:t>
      </w:r>
    </w:p>
    <w:p>
      <w:pPr>
        <w:pStyle w:val="AuthorGuidance"/>
      </w:pPr>
      <w:r>
        <w:t>[Optional. Acknowledge non-author assistance or institutional support. Delete this section if it does not apply.]</w:t>
      </w:r>
    </w:p>
    <w:p>
      <w:pPr>
        <w:pStyle w:val="Heading1"/>
      </w:pPr>
      <w:r>
        <w:t>Funding</w:t>
      </w:r>
    </w:p>
    <w:p>
      <w:pPr>
        <w:pStyle w:val="AuthorGuidance"/>
      </w:pPr>
      <w:r>
        <w:t>[Identify funder and grant number, or write “The authors received no specific funding for this work.”]</w:t>
      </w:r>
    </w:p>
    <w:p>
      <w:pPr>
        <w:pStyle w:val="Heading1"/>
      </w:pPr>
      <w:r>
        <w:t>Conflict of Interest</w:t>
      </w:r>
    </w:p>
    <w:p>
      <w:pPr>
        <w:pStyle w:val="AuthorGuidance"/>
      </w:pPr>
      <w:r>
        <w:t>[State any relevant conflict of interest, or write “The authors declare no conflict of interest.”]</w:t>
      </w:r>
    </w:p>
    <w:p>
      <w:pPr>
        <w:pStyle w:val="Heading1"/>
      </w:pPr>
      <w:r>
        <w:t>Ethics Statement</w:t>
      </w:r>
    </w:p>
    <w:p>
      <w:pPr>
        <w:pStyle w:val="AuthorGuidance"/>
      </w:pPr>
      <w:r>
        <w:t>[If applicable, identify the approving body and approval number, or explain why ethics approval was not required. Delete if genuinely inapplicable.]</w:t>
      </w:r>
    </w:p>
    <w:p>
      <w:pPr>
        <w:pStyle w:val="Heading1"/>
      </w:pPr>
      <w:r>
        <w:t>Data Availability</w:t>
      </w:r>
    </w:p>
    <w:p>
      <w:pPr>
        <w:pStyle w:val="AuthorGuidance"/>
      </w:pPr>
      <w:r>
        <w:t>[If applicable, state where supporting data can be accessed and any access limits. Delete if not relevant to the article.]</w:t>
      </w:r>
    </w:p>
    <w:p>
      <w:pPr>
        <w:pStyle w:val="Heading1"/>
      </w:pPr>
      <w:r>
        <w:t>Author Contributions</w:t>
      </w:r>
    </w:p>
    <w:p>
      <w:pPr>
        <w:pStyle w:val="AuthorGuidance"/>
      </w:pPr>
      <w:r>
        <w:t>[For multiple authors, describe each contribution. Delete for a sole-author article if not required.]</w:t>
      </w:r>
    </w:p>
    <w:p>
      <w:pPr>
        <w:pStyle w:val="Heading1"/>
      </w:pPr>
      <w:r>
        <w:t>References</w:t>
      </w:r>
    </w:p>
    <w:p>
      <w:pPr>
        <w:pStyle w:val="AuthorGuidance"/>
      </w:pPr>
      <w:r>
        <w:t>[List every cited source completely and consistently in the citation style specified by the journal. Verify author names, year, title, publication details, and links or DOI when available. Delete this instruction.]</w:t>
      </w:r>
    </w:p>
    <w:p>
      <w:pPr>
        <w:pStyle w:val="References"/>
      </w:pPr>
      <w:r>
        <w:t>[Author surname], [Initials]. ([Year]). [Title of cited work]. [Publication details]. [DOI or URL if available]</w:t>
      </w:r>
    </w:p>
    <w:sectPr w:rsidR="00FC693F" w:rsidRPr="0006063C" w:rsidSect="00034616">
      <w:footerReference w:type="default" r:id="rId10"/>
      <w:pgSz w:w="12240" w:h="15840"/>
      <w:pgMar w:top="1181" w:right="1440" w:bottom="1080" w:left="1440" w:header="432" w:footer="54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jc w:val="center"/>
    </w:pPr>
    <w:r>
      <w:rPr>
        <w:color w:val="505050"/>
        <w:sz w:val="16"/>
      </w:rPr>
      <w:t xml:space="preserve">GOVIA · Governance and Public Affairs Journal  |  </w:t>
    </w:r>
    <w: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40" w:line="276" w:lineRule="auto"/>
    </w:pPr>
    <w:rPr>
      <w:rFonts w:ascii="Times New Roman" w:hAnsi="Times New Roman"/>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80" w:after="120"/>
      <w:outlineLvl w:val="0"/>
    </w:pPr>
    <w:rPr>
      <w:rFonts w:ascii="Times New Roman" w:hAnsi="Times New Roman"/>
      <w:b/>
      <w:bCs/>
      <w:color w:val="000000"/>
      <w:sz w:val="24"/>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imes New Roman" w:hAnsi="Times New Roman"/>
      <w:b/>
      <w:bCs/>
      <w:color w:val="000000"/>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spacing w:after="180" w:line="240" w:lineRule="auto" w:before="240"/>
      <w:contextualSpacing/>
    </w:pPr>
    <w:rPr>
      <w:rFonts w:ascii="Times New Roman" w:hAnsi="Times New Roman"/>
      <w:b/>
      <w:color w:val="000000"/>
      <w:spacing w:val="5"/>
      <w:kern w:val="28"/>
      <w:sz w:val="3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keepNext/>
      <w:spacing w:line="240" w:lineRule="auto" w:before="140" w:after="80"/>
    </w:pPr>
    <w:rPr>
      <w:rFonts w:ascii="Times New Roman" w:hAnsi="Times New Roman"/>
      <w:b/>
      <w:bCs/>
      <w:i w:val="0"/>
      <w:color w:val="000000"/>
      <w:sz w:val="19"/>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JournalName">
    <w:name w:val="Journal Name"/>
    <w:basedOn w:val="Normal"/>
    <w:pPr>
      <w:keepNext w:val="0"/>
      <w:spacing w:before="0" w:after="20"/>
    </w:pPr>
    <w:rPr>
      <w:rFonts w:ascii="Times New Roman" w:hAnsi="Times New Roman"/>
      <w:b/>
      <w:i w:val="0"/>
      <w:color w:val="000000"/>
      <w:sz w:val="20"/>
    </w:rPr>
  </w:style>
  <w:style w:type="paragraph" w:customStyle="1" w:styleId="JournalDetail">
    <w:name w:val="Journal Detail"/>
    <w:basedOn w:val="Normal"/>
    <w:pPr>
      <w:keepNext w:val="0"/>
      <w:spacing w:before="0" w:after="160"/>
    </w:pPr>
    <w:rPr>
      <w:rFonts w:ascii="Times New Roman" w:hAnsi="Times New Roman"/>
      <w:b w:val="0"/>
      <w:i w:val="0"/>
      <w:color w:val="000000"/>
      <w:sz w:val="17"/>
    </w:rPr>
  </w:style>
  <w:style w:type="paragraph" w:customStyle="1" w:styleId="TemplateLabel">
    <w:name w:val="Template Label"/>
    <w:basedOn w:val="Normal"/>
    <w:pPr>
      <w:keepNext w:val="0"/>
      <w:spacing w:before="60" w:after="60"/>
    </w:pPr>
    <w:rPr>
      <w:rFonts w:ascii="Times New Roman" w:hAnsi="Times New Roman"/>
      <w:b/>
      <w:i w:val="0"/>
      <w:color w:val="000000"/>
      <w:sz w:val="18"/>
    </w:rPr>
  </w:style>
  <w:style w:type="paragraph" w:customStyle="1" w:styleId="AuthorNames">
    <w:name w:val="Author Names"/>
    <w:basedOn w:val="Normal"/>
    <w:pPr>
      <w:keepNext w:val="0"/>
      <w:spacing w:before="0" w:after="60"/>
    </w:pPr>
    <w:rPr>
      <w:rFonts w:ascii="Times New Roman" w:hAnsi="Times New Roman"/>
      <w:b w:val="0"/>
      <w:i w:val="0"/>
      <w:color w:val="000000"/>
      <w:sz w:val="21"/>
    </w:rPr>
  </w:style>
  <w:style w:type="paragraph" w:customStyle="1" w:styleId="Affiliations">
    <w:name w:val="Affiliations"/>
    <w:basedOn w:val="Normal"/>
    <w:pPr>
      <w:keepNext w:val="0"/>
      <w:spacing w:before="0" w:after="40"/>
    </w:pPr>
    <w:rPr>
      <w:rFonts w:ascii="Times New Roman" w:hAnsi="Times New Roman"/>
      <w:b w:val="0"/>
      <w:i w:val="0"/>
      <w:color w:val="000000"/>
      <w:sz w:val="19"/>
    </w:rPr>
  </w:style>
  <w:style w:type="paragraph" w:customStyle="1" w:styleId="AuthorGuidance">
    <w:name w:val="Author Guidance"/>
    <w:basedOn w:val="Normal"/>
    <w:pPr>
      <w:keepNext w:val="0"/>
      <w:spacing w:before="0" w:after="100"/>
    </w:pPr>
    <w:rPr>
      <w:rFonts w:ascii="Times New Roman" w:hAnsi="Times New Roman"/>
      <w:b w:val="0"/>
      <w:i/>
      <w:color w:val="545454"/>
      <w:sz w:val="19"/>
    </w:rPr>
  </w:style>
  <w:style w:type="paragraph" w:customStyle="1" w:styleId="Metadata">
    <w:name w:val="Metadata"/>
    <w:basedOn w:val="Normal"/>
    <w:pPr>
      <w:keepNext w:val="0"/>
      <w:spacing w:before="0" w:after="80"/>
    </w:pPr>
    <w:rPr>
      <w:rFonts w:ascii="Times New Roman" w:hAnsi="Times New Roman"/>
      <w:b w:val="0"/>
      <w:i w:val="0"/>
      <w:color w:val="000000"/>
      <w:sz w:val="19"/>
    </w:rPr>
  </w:style>
  <w:style w:type="paragraph" w:customStyle="1" w:styleId="References">
    <w:name w:val="References"/>
    <w:basedOn w:val="Normal"/>
    <w:pPr>
      <w:keepNext w:val="0"/>
      <w:spacing w:before="0" w:after="120"/>
      <w:ind w:hanging="346" w:left="346"/>
    </w:pPr>
    <w:rPr>
      <w:rFonts w:ascii="Times New Roman" w:hAnsi="Times New Roman"/>
      <w:b w:val="0"/>
      <w:i w:val="0"/>
      <w:color w:val="000000"/>
      <w:sz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GOVIA Article Manuscript Template</dc:title>
  <dc:subject>Governance and Public Affairs Journal article template</dc:subject>
  <dc:creator>GOVIA</dc:creator>
  <cp:keywords/>
  <dc:description>generated by python-docx</dc:description>
  <cp:lastModifiedBy/>
  <cp:revision>1</cp:revision>
  <dcterms:created xsi:type="dcterms:W3CDTF">2013-12-23T23:15:00Z</dcterms:created>
  <dcterms:modified xsi:type="dcterms:W3CDTF">2013-12-23T23:15:00Z</dcterms:modified>
  <cp:category/>
</cp:coreProperties>
</file>